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 – משפטים קצרים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 קצר ולהבין רעיון אחד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אחד פשוט על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בחוף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בגדים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המטוס נמצא למעלה באוויר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דגים חיים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הים מלא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תרמיל משמש לנשיאת דברים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החוף מלא בחול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הר הוא מקום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(טס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(שוחה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(גבוה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בה הרבה 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(לוקחים בו דברים למסע)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עם רעיון אחד, למשל: אני רוצה לטוס למקום עם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תרמיל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מים, 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כל משפט בקול לפני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בתמונות לצד המילים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משוב מעודד על כל תשובה, גם אם היא חלקית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 – משפטים קצרים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משפטים קצרים מאוד על מסע סביב העולם. בכל משפט יש רעיון אחד בלבד.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לוקחים למסע?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תרמיל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טסים?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נוסע במטוס?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יש 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יש בתרמיל למסע?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מטוס טס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 חיים ביבשה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בים יש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תרמיל משמש לשמירה על אוכל 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בחוף הים יש 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הוא מקום שטוח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טסים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בים יש הרבה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בחוף הים 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למסע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גבוה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ב__________ יש הרבה אנשים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גבוה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בה הרבה 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לוקחים בו דברים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שוחה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טס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מסע שהייתם רוצים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לוקחים למסע?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טסים?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סובב עולם – משפטים קצרים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