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סובב עולם – משפטים קצרים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משפט קצר ולהבין רעיון אחד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מילה למשמעות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 אחד פשוט על 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תרמיל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בשמיים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בחוף הים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המטוס נמצא למעלה באוויר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הים מלא במים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מטוס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(טס בשמיים)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(שוחה במים)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(גבוה מאוד)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(יש בה הרבה בתים)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קצר עם רעיון אחד, למשל: אני רוצה לטוס למקום עם 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תרמיל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בשמיים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מים, גלים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כל משפט בקול לפני התשובה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בתמונות לצד המילים כדי לחזק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לתת משוב מעודד על כל תשובה, גם אם היא חלקית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סובב עולם – משפטים קצרים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יש משפטים קצרים מאוד על מסע סביב העולם. בכל משפט יש רעיון אחד בלבד.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מים  ·  מטוס  ·  חול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לוקחים למסע?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תרמיל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כיסא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איפה טסים?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בשמיים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ביער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איפה יש חול?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בחוף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במטבח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מטוס טס בשמיים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בים יש 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אנחנו טסים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בים יש הרבה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בחוף הים יש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מטוס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שוחה במים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דג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גבוה מאוד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יש בה הרבה בתים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עיר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טס בשמיים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על מסע שהייתם רוצים לעשות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לוקחים למסע?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איפה טסים?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סובב עולם – משפטים קצרים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